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 w:val="0"/>
          <w:i/>
          <w:color w:val="5E6E75"/>
          <w:sz w:val="17"/>
        </w:rPr>
        <w:t>Modèle de Groups AG · skilager.swiss · remplacer les champs entre crochets. La lettre 1 part six à neuf mois avant le camp.</w:t>
      </w:r>
    </w:p>
    <w:p>
      <w:pPr>
        <w:spacing w:after="320"/>
      </w:pPr>
      <w:r>
        <w:rPr>
          <w:b w:val="0"/>
          <w:i w:val="0"/>
          <w:color w:val="18242A"/>
          <w:sz w:val="20"/>
        </w:rPr>
        <w:t>[École / association]</w:t>
        <w:br/>
        <w:t>[Adresse]</w:t>
        <w:br/>
        <w:t>[NPA Localité]</w:t>
      </w:r>
    </w:p>
    <w:p>
      <w:pPr>
        <w:spacing w:after="320"/>
      </w:pPr>
      <w:r>
        <w:rPr>
          <w:b w:val="0"/>
          <w:i w:val="0"/>
          <w:color w:val="18242A"/>
          <w:sz w:val="20"/>
        </w:rPr>
        <w:t>[Lieu], [Date]</w:t>
      </w:r>
    </w:p>
    <w:p>
      <w:pPr>
        <w:spacing w:after="200"/>
      </w:pPr>
      <w:r>
        <w:rPr>
          <w:b/>
          <w:i w:val="0"/>
          <w:color w:val="18242A"/>
          <w:sz w:val="30"/>
        </w:rPr>
        <w:t>Camp de ski [Classe] du [Date] au [Date] à [Lieu]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Chers parents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La classe [Classe] passe une semaine à [Lieu] du [Date] au [Date]. Nous logeons à [Nom de la maison] et skions pendant [Nombre] jours. Les enfants sans expérience du ski sont pris en charge : [offre pour débutants].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Le camp coûtera environ CHF [Montant].– par enfant. Ce montant comprend l'hébergement, les repas, le voyage, le forfait de ski et le matériel de location. Le décompte exact suivra après le camp. [Le cas échéant : la commune scolaire prend en charge CHF [Montant].– par enfant.]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Si ce montant pose une difficulté à votre famille, veuillez me contacter. Il y a une solution, et elle reste entre nous.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Merci de retourner le talon ci-dessous signé jusqu’au [Date]. Le reste — liste de matériel, rendez-vous, joignabilité — suivra deux semaines avant le départ.</w:t>
      </w:r>
    </w:p>
    <w:p>
      <w:pPr>
        <w:spacing w:after="480"/>
      </w:pPr>
      <w:r>
        <w:rPr>
          <w:b w:val="0"/>
          <w:i w:val="0"/>
          <w:color w:val="18242A"/>
          <w:sz w:val="22"/>
        </w:rPr>
        <w:t>Avec mes salutations les meilleures</w:t>
      </w:r>
    </w:p>
    <w:p>
      <w:pPr>
        <w:spacing w:after="400"/>
      </w:pPr>
      <w:r>
        <w:rPr>
          <w:b w:val="0"/>
          <w:i w:val="0"/>
          <w:color w:val="18242A"/>
          <w:sz w:val="20"/>
        </w:rPr>
        <w:t>[Nom]</w:t>
        <w:br/>
        <w:t>[Fonction] · [Téléphone] · [Courriel]</w:t>
      </w:r>
    </w:p>
    <w:p>
      <w:pPr>
        <w:spacing w:after="240"/>
      </w:pPr>
      <w:r>
        <w:rPr>
          <w:b w:val="0"/>
          <w:i w:val="0"/>
          <w:color w:val="5E6E75"/>
          <w:sz w:val="20"/>
        </w:rPr>
        <w:t xml:space="preserve">— — — — — — — — — — — — — — — — — — — — — — — — — — — — — — — — — — — </w:t>
      </w:r>
    </w:p>
    <w:p>
      <w:pPr>
        <w:spacing w:after="200"/>
      </w:pPr>
      <w:r>
        <w:rPr>
          <w:b/>
          <w:i w:val="0"/>
          <w:color w:val="18242A"/>
          <w:sz w:val="24"/>
        </w:rPr>
        <w:t>Inscription au camp de ski [Classe]</w:t>
      </w:r>
    </w:p>
    <w:p>
      <w:pPr>
        <w:spacing w:after="120"/>
      </w:pPr>
      <w:r>
        <w:rPr>
          <w:b w:val="0"/>
          <w:i w:val="0"/>
          <w:color w:val="18242A"/>
          <w:sz w:val="22"/>
        </w:rPr>
        <w:t>Nom de l'enfant : ______________________________________</w:t>
      </w:r>
    </w:p>
    <w:p>
      <w:pPr>
        <w:spacing w:after="200"/>
      </w:pPr>
      <w:r>
        <w:rPr>
          <w:b w:val="0"/>
          <w:i w:val="0"/>
          <w:color w:val="18242A"/>
          <w:sz w:val="22"/>
        </w:rPr>
        <w:t>☐  participe            ☐  ne participe pas</w:t>
      </w:r>
    </w:p>
    <w:p>
      <w:pPr>
        <w:spacing w:after="80"/>
      </w:pPr>
      <w:r>
        <w:rPr>
          <w:b w:val="0"/>
          <w:i w:val="0"/>
          <w:color w:val="18242A"/>
          <w:sz w:val="22"/>
        </w:rPr>
        <w:t>Particularités (allergies, médicaments, alimentation) :</w:t>
      </w:r>
    </w:p>
    <w:p>
      <w:pPr>
        <w:spacing w:after="80"/>
      </w:pPr>
      <w:r>
        <w:rPr>
          <w:b w:val="0"/>
          <w:i w:val="0"/>
          <w:color w:val="5E6E75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i w:val="0"/>
          <w:color w:val="5E6E75"/>
          <w:sz w:val="22"/>
        </w:rPr>
        <w:t>______________________________________________________________________</w:t>
      </w:r>
    </w:p>
    <w:p>
      <w:pPr>
        <w:spacing w:after="280"/>
      </w:pPr>
      <w:r>
        <w:rPr>
          <w:b w:val="0"/>
          <w:i w:val="0"/>
          <w:color w:val="18242A"/>
          <w:sz w:val="22"/>
        </w:rPr>
        <w:t>Joignabilité pendant le camp (téléphone) : ________________________</w:t>
      </w:r>
    </w:p>
    <w:p>
      <w:pPr>
        <w:spacing w:after="120"/>
      </w:pPr>
      <w:r>
        <w:rPr>
          <w:b w:val="0"/>
          <w:i w:val="0"/>
          <w:color w:val="18242A"/>
          <w:sz w:val="22"/>
        </w:rPr>
        <w:t>Lieu et date : ____________________        Signature : ______________________</w:t>
      </w:r>
    </w:p>
    <w:p>
      <w:r>
        <w:br w:type="page"/>
      </w:r>
    </w:p>
    <w:p>
      <w:pPr>
        <w:spacing w:after="280"/>
      </w:pPr>
      <w:r>
        <w:rPr>
          <w:b w:val="0"/>
          <w:i/>
          <w:color w:val="5E6E75"/>
          <w:sz w:val="17"/>
        </w:rPr>
        <w:t>La lettre 2 part deux à trois semaines avant le camp, avec la liste de matériel en annexe.</w:t>
      </w:r>
    </w:p>
    <w:p>
      <w:pPr>
        <w:spacing w:after="320"/>
      </w:pPr>
      <w:r>
        <w:rPr>
          <w:b w:val="0"/>
          <w:i w:val="0"/>
          <w:color w:val="18242A"/>
          <w:sz w:val="20"/>
        </w:rPr>
        <w:t>[École / association]</w:t>
        <w:br/>
        <w:t>[Adresse]</w:t>
        <w:br/>
        <w:t>[NPA Localité]</w:t>
      </w:r>
    </w:p>
    <w:p>
      <w:pPr>
        <w:spacing w:after="320"/>
      </w:pPr>
      <w:r>
        <w:rPr>
          <w:b w:val="0"/>
          <w:i w:val="0"/>
          <w:color w:val="18242A"/>
          <w:sz w:val="20"/>
        </w:rPr>
        <w:t>[Lieu], [Date]</w:t>
      </w:r>
    </w:p>
    <w:p>
      <w:pPr>
        <w:spacing w:after="200"/>
      </w:pPr>
      <w:r>
        <w:rPr>
          <w:b/>
          <w:i w:val="0"/>
          <w:color w:val="18242A"/>
          <w:sz w:val="30"/>
        </w:rPr>
        <w:t>Camp de ski [Classe] : rendez-vous, liste de matériel et joignabilité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Chers parents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Le camp de ski approche. Voici les indications dont vous avez besoin pour les derniers jours.</w:t>
      </w:r>
    </w:p>
    <w:p>
      <w:pPr>
        <w:spacing w:after="80"/>
      </w:pPr>
      <w:r>
        <w:rPr>
          <w:b/>
          <w:i w:val="0"/>
          <w:color w:val="18242A"/>
          <w:sz w:val="22"/>
        </w:rPr>
        <w:t>Aller</w:t>
      </w:r>
    </w:p>
    <w:p>
      <w:pPr>
        <w:spacing w:after="200"/>
      </w:pPr>
      <w:r>
        <w:rPr>
          <w:b w:val="0"/>
          <w:i w:val="0"/>
          <w:color w:val="18242A"/>
          <w:sz w:val="22"/>
        </w:rPr>
        <w:t>Rendez-vous [Lieu], [Date], [Heure]. Nous partons à [Heure]. Merci d'être là quinze minutes plus tôt — nous chargeons ensemble.</w:t>
      </w:r>
    </w:p>
    <w:p>
      <w:pPr>
        <w:spacing w:after="80"/>
      </w:pPr>
      <w:r>
        <w:rPr>
          <w:b/>
          <w:i w:val="0"/>
          <w:color w:val="18242A"/>
          <w:sz w:val="22"/>
        </w:rPr>
        <w:t>Retour</w:t>
      </w:r>
    </w:p>
    <w:p>
      <w:pPr>
        <w:spacing w:after="200"/>
      </w:pPr>
      <w:r>
        <w:rPr>
          <w:b w:val="0"/>
          <w:i w:val="0"/>
          <w:color w:val="18242A"/>
          <w:sz w:val="22"/>
        </w:rPr>
        <w:t>Arrivée à [Lieu] le [Date] vers [Heure]. Nous annonçons tout retard par [canal].</w:t>
      </w:r>
    </w:p>
    <w:p>
      <w:pPr>
        <w:spacing w:after="80"/>
      </w:pPr>
      <w:r>
        <w:rPr>
          <w:b/>
          <w:i w:val="0"/>
          <w:color w:val="18242A"/>
          <w:sz w:val="22"/>
        </w:rPr>
        <w:t>Hébergement</w:t>
      </w:r>
    </w:p>
    <w:p>
      <w:pPr>
        <w:spacing w:after="200"/>
      </w:pPr>
      <w:r>
        <w:rPr>
          <w:b w:val="0"/>
          <w:i w:val="0"/>
          <w:color w:val="18242A"/>
          <w:sz w:val="22"/>
        </w:rPr>
        <w:t>[Nom de la maison], [Adresse], [NPA Localité]. Téléphone [Numéro].</w:t>
      </w:r>
    </w:p>
    <w:p>
      <w:pPr>
        <w:spacing w:after="80"/>
      </w:pPr>
      <w:r>
        <w:rPr>
          <w:b/>
          <w:i w:val="0"/>
          <w:color w:val="18242A"/>
          <w:sz w:val="22"/>
        </w:rPr>
        <w:t>Joignabilité</w:t>
      </w:r>
    </w:p>
    <w:p>
      <w:pPr>
        <w:spacing w:after="200"/>
      </w:pPr>
      <w:r>
        <w:rPr>
          <w:b w:val="0"/>
          <w:i w:val="0"/>
          <w:color w:val="18242A"/>
          <w:sz w:val="22"/>
        </w:rPr>
        <w:t>La direction du camp est joignable au [Téléphone]. Entre 22 h et 7 h, uniquement en cas d’urgence. Règle sur les téléphones portables : [règle].</w:t>
      </w:r>
    </w:p>
    <w:p>
      <w:pPr>
        <w:spacing w:after="80"/>
      </w:pPr>
      <w:r>
        <w:rPr>
          <w:b/>
          <w:i w:val="0"/>
          <w:color w:val="18242A"/>
          <w:sz w:val="22"/>
        </w:rPr>
        <w:t>Bagages</w:t>
      </w:r>
    </w:p>
    <w:p>
      <w:pPr>
        <w:spacing w:after="200"/>
      </w:pPr>
      <w:r>
        <w:rPr>
          <w:b w:val="0"/>
          <w:i w:val="0"/>
          <w:color w:val="18242A"/>
          <w:sz w:val="22"/>
        </w:rPr>
        <w:t>La liste de matériel est jointe. Merci de tout marquer au nom, y compris les gants et les bâtons. [Le cas échéant : le matériel et les bagages sont remis le [Date] à [Heure] à [Lieu].]</w:t>
      </w:r>
    </w:p>
    <w:p>
      <w:pPr>
        <w:spacing w:after="160"/>
      </w:pPr>
      <w:r>
        <w:rPr>
          <w:b w:val="0"/>
          <w:i w:val="0"/>
          <w:color w:val="18242A"/>
          <w:sz w:val="22"/>
        </w:rPr>
        <w:t>Le jour du départ, merci d'apporter la carte d'assuré et les éventuels médicaments dans leur emballage d'origine, avec une consigne écrite.</w:t>
      </w:r>
    </w:p>
    <w:p>
      <w:pPr>
        <w:spacing w:after="480"/>
      </w:pPr>
      <w:r>
        <w:rPr>
          <w:b w:val="0"/>
          <w:i w:val="0"/>
          <w:color w:val="18242A"/>
          <w:sz w:val="22"/>
        </w:rPr>
        <w:t>Avec mes salutations les meilleures</w:t>
      </w:r>
    </w:p>
    <w:p>
      <w:pPr>
        <w:spacing w:after="320"/>
      </w:pPr>
      <w:r>
        <w:rPr>
          <w:b w:val="0"/>
          <w:i w:val="0"/>
          <w:color w:val="18242A"/>
          <w:sz w:val="20"/>
        </w:rPr>
        <w:t>[Nom]</w:t>
        <w:br/>
        <w:t>[Fonction] · [Téléphone] · [Courriel]</w:t>
      </w:r>
    </w:p>
    <w:p>
      <w:pPr>
        <w:spacing w:after="280"/>
      </w:pPr>
      <w:r>
        <w:rPr>
          <w:b w:val="0"/>
          <w:i/>
          <w:color w:val="5E6E75"/>
          <w:sz w:val="17"/>
        </w:rPr>
        <w:t>Groups AG, Allmendlistrasse 9b, 5507 Mellingen · contact@groupstravel.com · skilager.swiss</w:t>
      </w:r>
    </w:p>
    <w:sectPr w:rsidR="00FC693F" w:rsidRPr="0006063C" w:rsidSect="00034616"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1824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aux parents pour le camp de ski</dc:title>
  <dc:subject/>
  <dc:creator>Groups 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